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ADOPTION AGREEMENT FORM</w:t>
      </w:r>
    </w:p>
    <w:p/>
    <w:p>
      <w:r>
        <w:rPr>
          <w:b/>
          <w:sz w:val="20"/>
        </w:rPr>
        <w:t>This Adoption Agreement (the “Agreement”) is entered into by and between the following parties:</w:t>
      </w:r>
    </w:p>
    <w:p/>
    <w:p>
      <w:r>
        <w:rPr>
          <w:b/>
          <w:sz w:val="20"/>
        </w:rPr>
        <w:t>ADOPTIVE PARENTS INFORMATION:</w:t>
      </w:r>
    </w:p>
    <w:p>
      <w:r>
        <w:rPr>
          <w:b w:val="0"/>
          <w:sz w:val="20"/>
        </w:rPr>
        <w:t>Full Name(s): ____________________________________________________________</w:t>
      </w:r>
    </w:p>
    <w:p>
      <w:r>
        <w:rPr>
          <w:b w:val="0"/>
          <w:sz w:val="20"/>
        </w:rPr>
        <w:t>Date(s) of Birth: 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BIOLOGICAL PARENT(S) INFORMATION (if applicable):</w:t>
      </w:r>
    </w:p>
    <w:p>
      <w:r>
        <w:rPr>
          <w:b w:val="0"/>
          <w:sz w:val="20"/>
        </w:rPr>
        <w:t>Full Name(s): ____________________________________________________________</w:t>
      </w:r>
    </w:p>
    <w:p>
      <w:r>
        <w:rPr>
          <w:b w:val="0"/>
          <w:sz w:val="20"/>
        </w:rPr>
        <w:t>Date(s) of Birth: 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CHILD INFORMATION:</w:t>
      </w:r>
    </w:p>
    <w:p>
      <w:r>
        <w:rPr>
          <w:b w:val="0"/>
          <w:sz w:val="20"/>
        </w:rPr>
        <w:t>Full Name: _______________________________________________________________</w:t>
      </w:r>
    </w:p>
    <w:p>
      <w:r>
        <w:rPr>
          <w:b w:val="0"/>
          <w:sz w:val="20"/>
        </w:rPr>
        <w:t>Date of Birth: ____________________________________________________________</w:t>
      </w:r>
    </w:p>
    <w:p>
      <w:r>
        <w:rPr>
          <w:b w:val="0"/>
          <w:sz w:val="20"/>
        </w:rPr>
        <w:t>Place of Birth: ___________________________________________________________</w:t>
      </w:r>
    </w:p>
    <w:p>
      <w:r>
        <w:rPr>
          <w:b w:val="0"/>
          <w:sz w:val="20"/>
        </w:rPr>
        <w:t>Gender: _________________________________________________________________</w:t>
      </w:r>
    </w:p>
    <w:p>
      <w:r>
        <w:rPr>
          <w:b w:val="0"/>
          <w:sz w:val="20"/>
        </w:rPr>
        <w:t>Current Address (if applicable): ___________________________________________</w:t>
      </w:r>
    </w:p>
    <w:p/>
    <w:p>
      <w:r>
        <w:rPr>
          <w:b/>
          <w:sz w:val="20"/>
        </w:rPr>
        <w:t>RECITALS</w:t>
      </w:r>
    </w:p>
    <w:p>
      <w:r>
        <w:rPr>
          <w:b w:val="0"/>
          <w:sz w:val="20"/>
        </w:rPr>
        <w:t>WHEREAS, the Adoptive Parent(s) desire to adopt the Child described above, and the Biological Parent(s) (if applicable) consent to this adoption subject to the terms and conditions set forth herein;</w:t>
      </w:r>
    </w:p>
    <w:p>
      <w:r>
        <w:rPr>
          <w:b w:val="0"/>
          <w:sz w:val="20"/>
        </w:rPr>
        <w:t>WHEREAS, the parties intend the adoption to be legally binding and enforceable under the laws of the United States and applicable state laws;</w:t>
      </w:r>
    </w:p>
    <w:p>
      <w:r>
        <w:rPr>
          <w:b w:val="0"/>
          <w:sz w:val="20"/>
        </w:rPr>
        <w:t>NOW, THEREFORE, in consideration of the mutual promises contained herein and other valuable consideration, the parties agree as follows:</w:t>
      </w:r>
    </w:p>
    <w:p/>
    <w:p>
      <w:r>
        <w:rPr>
          <w:b/>
          <w:sz w:val="20"/>
        </w:rPr>
        <w:t>1. CONSENT AND AGREEMENT</w:t>
      </w:r>
    </w:p>
    <w:p>
      <w:r>
        <w:rPr>
          <w:b w:val="0"/>
          <w:sz w:val="20"/>
        </w:rPr>
        <w:t>1.1 Biological Parent(s) hereby irrevocably consent to the adoption of the Child by the Adoptive Parent(s), relinquishing all parental rights and responsibilities to the Child.</w:t>
      </w:r>
    </w:p>
    <w:p>
      <w:r>
        <w:rPr>
          <w:b w:val="0"/>
          <w:sz w:val="20"/>
        </w:rPr>
        <w:t>1.2 Adoptive Parent(s) agree to assume all parental rights, duties, and responsibilities for the Child from and after the effective date of adoption.</w:t>
      </w:r>
    </w:p>
    <w:p>
      <w:r>
        <w:rPr>
          <w:b w:val="0"/>
          <w:sz w:val="20"/>
        </w:rPr>
        <w:t>1.3 The parties affirm that this adoption is in the best interest of the Child.</w:t>
      </w:r>
    </w:p>
    <w:p/>
    <w:p>
      <w:r>
        <w:rPr>
          <w:b/>
          <w:sz w:val="20"/>
        </w:rPr>
        <w:t>2. REPRESENTATIONS AND WARRANTIES</w:t>
      </w:r>
    </w:p>
    <w:p>
      <w:r>
        <w:rPr>
          <w:b w:val="0"/>
          <w:sz w:val="20"/>
        </w:rPr>
        <w:t>2.1 Each party represents and warrants that they have the full legal capacity to enter into this Agreement and to perform their respective obligations herein.</w:t>
      </w:r>
    </w:p>
    <w:p>
      <w:r>
        <w:rPr>
          <w:b w:val="0"/>
          <w:sz w:val="20"/>
        </w:rPr>
        <w:t>2.2 Biological Parent(s) represent that they are the lawful parent(s) or legal guardian(s) of the Child and have not assigned or transferred any parental rights to any third party.</w:t>
      </w:r>
    </w:p>
    <w:p>
      <w:r>
        <w:rPr>
          <w:b w:val="0"/>
          <w:sz w:val="20"/>
        </w:rPr>
        <w:t>2.3 Adoptive Parent(s) represent that they are capable of providing a safe, supportive, and stable home environment for the Child.</w:t>
      </w:r>
    </w:p>
    <w:p/>
    <w:p>
      <w:r>
        <w:rPr>
          <w:b/>
          <w:sz w:val="20"/>
        </w:rPr>
        <w:t>3. LEGAL COMPLIANCE</w:t>
      </w:r>
    </w:p>
    <w:p>
      <w:r>
        <w:rPr>
          <w:b w:val="0"/>
          <w:sz w:val="20"/>
        </w:rPr>
        <w:t>3.1 The parties agree to comply with all applicable federal, state, and local laws governing adoptions, including but not limited to background checks, home studies, and court approvals.</w:t>
      </w:r>
    </w:p>
    <w:p>
      <w:r>
        <w:rPr>
          <w:b w:val="0"/>
          <w:sz w:val="20"/>
        </w:rPr>
        <w:t>3.2 This Agreement is subject to and contingent upon obtaining all necessary judicial approvals and complying with procedural requirements as prescribed by the jurisdiction in which the adoption is finalized.</w:t>
      </w:r>
    </w:p>
    <w:p/>
    <w:p>
      <w:r>
        <w:rPr>
          <w:b/>
          <w:sz w:val="20"/>
        </w:rPr>
        <w:t>4. CUSTODY AND VISITATION</w:t>
      </w:r>
    </w:p>
    <w:p>
      <w:r>
        <w:rPr>
          <w:b w:val="0"/>
          <w:sz w:val="20"/>
        </w:rPr>
        <w:t>4.1 Upon finalization of the adoption, the Adoptive Parent(s) shall have full legal and physical custody of the Child.</w:t>
      </w:r>
    </w:p>
    <w:p>
      <w:r>
        <w:rPr>
          <w:b w:val="0"/>
          <w:sz w:val="20"/>
        </w:rPr>
        <w:t>4.2 Unless otherwise agreed in writing and approved by the court, Biological Parent(s) shall not retain any visitation or custodial rights.</w:t>
      </w:r>
    </w:p>
    <w:p/>
    <w:p>
      <w:r>
        <w:rPr>
          <w:b/>
          <w:sz w:val="20"/>
        </w:rPr>
        <w:t>5. CONFIDENTIALITY AND PRIVACY</w:t>
      </w:r>
    </w:p>
    <w:p>
      <w:r>
        <w:rPr>
          <w:b w:val="0"/>
          <w:sz w:val="20"/>
        </w:rPr>
        <w:t>5.1 All parties agree to maintain the confidentiality of the adoption proceedings and related personal information, except as required by law or court order.</w:t>
      </w:r>
    </w:p>
    <w:p>
      <w:r>
        <w:rPr>
          <w:b w:val="0"/>
          <w:sz w:val="20"/>
        </w:rPr>
        <w:t>5.2 The Adoptive Parent(s) shall be entitled to obtain and maintain the Child's original birth certificate or amended birth certificate as authorized by law.</w:t>
      </w:r>
    </w:p>
    <w:p/>
    <w:p>
      <w:r>
        <w:rPr>
          <w:b/>
          <w:sz w:val="20"/>
        </w:rPr>
        <w:t>6. INDEMNIFICATION</w:t>
      </w:r>
    </w:p>
    <w:p>
      <w:r>
        <w:rPr>
          <w:b w:val="0"/>
          <w:sz w:val="20"/>
        </w:rPr>
        <w:t>6.1 Each party agrees to indemnify, defend, and hold harmless the other party from any and all claims, damages, liabilities, costs, and expenses arising from any breach of this Agreement.</w:t>
      </w:r>
    </w:p>
    <w:p/>
    <w:p>
      <w:r>
        <w:rPr>
          <w:b/>
          <w:sz w:val="20"/>
        </w:rPr>
        <w:t>7. GOVERNING LAW AND JURISDICTION</w:t>
      </w:r>
    </w:p>
    <w:p>
      <w:r>
        <w:rPr>
          <w:b w:val="0"/>
          <w:sz w:val="20"/>
        </w:rPr>
        <w:t>7.1 This Agreement shall be governed by and construed in accordance with the laws of the State in which the adoption is finalized, without giving effect to any principles of conflicts of law.</w:t>
      </w:r>
    </w:p>
    <w:p>
      <w:r>
        <w:rPr>
          <w:b w:val="0"/>
          <w:sz w:val="20"/>
        </w:rPr>
        <w:t>7.2 Any disputes arising under or in connection with this Agreement shall be resolved exclusively in the courts of competent jurisdiction within that State.</w:t>
      </w:r>
    </w:p>
    <w:p/>
    <w:p>
      <w:r>
        <w:rPr>
          <w:b/>
          <w:sz w:val="20"/>
        </w:rPr>
        <w:t>8. ENTIRE AGREEMENT AND AMENDMENTS</w:t>
      </w:r>
    </w:p>
    <w:p>
      <w:r>
        <w:rPr>
          <w:b w:val="0"/>
          <w:sz w:val="20"/>
        </w:rPr>
        <w:t>8.1 This Agreement constitutes the entire agreement between the parties with respect to the subject matter hereof and supersedes all prior negotiations, understandings, and agreements.</w:t>
      </w:r>
    </w:p>
    <w:p>
      <w:r>
        <w:rPr>
          <w:b w:val="0"/>
          <w:sz w:val="20"/>
        </w:rPr>
        <w:t>8.2 Any amendments or modifications to this Agreement must be in writing and signed by all parties.</w:t>
      </w:r>
    </w:p>
    <w:p/>
    <w:p>
      <w:r>
        <w:rPr>
          <w:b/>
          <w:sz w:val="20"/>
        </w:rPr>
        <w:t>9. SEVERABILITY</w:t>
      </w:r>
    </w:p>
    <w:p>
      <w:r>
        <w:rPr>
          <w:b w:val="0"/>
          <w:sz w:val="20"/>
        </w:rPr>
        <w:t>9.1 If any provision of this Agreement is held to be invalid or unenforceable by a court of law, the remaining provisions shall remain in full force and effect.</w:t>
      </w:r>
    </w:p>
    <w:p/>
    <w:p>
      <w:r>
        <w:rPr>
          <w:b/>
          <w:sz w:val="20"/>
        </w:rPr>
        <w:t>10. EFFECTIVE DATE</w:t>
      </w:r>
    </w:p>
    <w:p>
      <w:r>
        <w:rPr>
          <w:b w:val="0"/>
          <w:sz w:val="20"/>
        </w:rPr>
        <w:t>10.1 This Agreement shall become effective upon the signature of all parties hereto and approval by the court having jurisdiction over the adoption.</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ADOPTIVE PARENT(S)</w:t>
            </w:r>
          </w:p>
        </w:tc>
        <w:tc>
          <w:tcPr>
            <w:tcW w:type="dxa" w:w="4986"/>
            <w:tcBorders>
              <w:top w:val="nil"/>
              <w:left w:val="nil"/>
              <w:bottom w:val="nil"/>
              <w:right w:val="nil"/>
              <w:insideH w:val="nil"/>
              <w:insideV w:val="nil"/>
            </w:tcBorders>
          </w:tcPr>
          <w:p>
            <w:pPr>
              <w:jc w:val="center"/>
            </w:pPr>
            <w:r>
              <w:t>BIOLOGICAL PARENT(S) (if applicable)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___________________________</w:t>
            </w:r>
          </w:p>
        </w:tc>
        <w:tc>
          <w:tcPr>
            <w:tcW w:type="dxa" w:w="4986"/>
            <w:tcBorders>
              <w:top w:val="nil"/>
              <w:left w:val="nil"/>
              <w:bottom w:val="nil"/>
              <w:right w:val="nil"/>
              <w:insideH w:val="nil"/>
              <w:insideV w:val="nil"/>
            </w:tcBorders>
          </w:tcPr>
          <w:p>
            <w:pPr>
              <w:jc w:val="center"/>
            </w:pPr>
            <w:r>
              <w:t>Printed Name: ___________________________</w:t>
            </w:r>
          </w:p>
        </w:tc>
      </w:tr>
      <w:tr>
        <w:tc>
          <w:tcPr>
            <w:tcW w:type="dxa" w:w="4986"/>
            <w:tcBorders>
              <w:top w:val="nil"/>
              <w:left w:val="nil"/>
              <w:bottom w:val="nil"/>
              <w:right w:val="nil"/>
              <w:insideH w:val="nil"/>
              <w:insideV w:val="nil"/>
            </w:tcBorders>
          </w:tcPr>
          <w:p>
            <w:pPr>
              <w:jc w:val="center"/>
            </w:pPr>
            <w:r>
              <w:t>Date: __________________________________</w:t>
            </w:r>
          </w:p>
        </w:tc>
        <w:tc>
          <w:tcPr>
            <w:tcW w:type="dxa" w:w="4986"/>
            <w:tcBorders>
              <w:top w:val="nil"/>
              <w:left w:val="nil"/>
              <w:bottom w:val="nil"/>
              <w:right w:val="nil"/>
              <w:insideH w:val="nil"/>
              <w:insideV w:val="nil"/>
            </w:tcBorders>
          </w:tcPr>
          <w:p>
            <w:pPr>
              <w:jc w:val="center"/>
            </w:pPr>
            <w:r>
              <w:t>Date: __________________________________</w:t>
            </w:r>
          </w:p>
        </w:tc>
      </w:tr>
    </w:tbl>
    <w:p/>
    <w:p/>
    <w:p>
      <w:r>
        <w:rPr>
          <w:b/>
          <w:sz w:val="20"/>
        </w:rPr>
        <w:t>WITNESS ACKNOWLEDGMENT</w:t>
      </w:r>
    </w:p>
    <w:p>
      <w:r>
        <w:rPr>
          <w:b w:val="0"/>
          <w:sz w:val="20"/>
        </w:rPr>
        <w:t>I, the undersigned witness, hereby attest that I observed the parties sign this Adoption Agreement voluntarily and that they appeared to understand the contents and legal effect thereof.</w:t>
      </w:r>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Witness Name: ____________________________________________</w:t>
            </w:r>
          </w:p>
        </w:tc>
      </w:tr>
      <w:tr>
        <w:tc>
          <w:tcPr>
            <w:tcW w:type="dxa" w:w="9972"/>
            <w:tcBorders>
              <w:top w:val="nil"/>
              <w:left w:val="nil"/>
              <w:bottom w:val="nil"/>
              <w:right w:val="nil"/>
              <w:insideH w:val="nil"/>
              <w:insideV w:val="nil"/>
            </w:tcBorders>
          </w:tcPr>
          <w:p>
            <w:pPr>
              <w:jc w:val="left"/>
            </w:pPr>
            <w:r>
              <w:br/>
              <w:t>Signature: _______________________________________________</w:t>
            </w:r>
          </w:p>
        </w:tc>
      </w:tr>
      <w:tr>
        <w:tc>
          <w:tcPr>
            <w:tcW w:type="dxa" w:w="9972"/>
            <w:tcBorders>
              <w:top w:val="nil"/>
              <w:left w:val="nil"/>
              <w:bottom w:val="nil"/>
              <w:right w:val="nil"/>
              <w:insideH w:val="nil"/>
              <w:insideV w:val="nil"/>
            </w:tcBorders>
          </w:tcPr>
          <w:p>
            <w:pPr>
              <w:jc w:val="left"/>
            </w:pPr>
            <w:r>
              <w:t>Date: ____________________________________________________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https://form247-us.com/adoption-form/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adoption-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