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ACTOR RELEASE FORM</w:t>
      </w:r>
    </w:p>
    <w:p/>
    <w:p>
      <w:r>
        <w:rPr>
          <w:b w:val="0"/>
          <w:sz w:val="20"/>
        </w:rPr>
        <w:t>This Actor Release Form ("Agreement") is entered into by and between the undersigned actor or model ("Actor") and the production company or individual identified below ("Producer"). This Agreement sets forth the terms and conditions under which the Actor grants rights to the Producer with respect to the use of the Actor's performances, likeness, and related materials.</w:t>
      </w:r>
    </w:p>
    <w:p/>
    <w:p>
      <w:r>
        <w:rPr>
          <w:b/>
          <w:sz w:val="20"/>
        </w:rPr>
        <w:t>1. PARTIES</w:t>
      </w:r>
    </w:p>
    <w:p>
      <w:r>
        <w:rPr>
          <w:b w:val="0"/>
          <w:sz w:val="20"/>
        </w:rPr>
        <w:t>Producer Name/Company: ____________________________________________________________</w:t>
      </w:r>
    </w:p>
    <w:p>
      <w:r>
        <w:rPr>
          <w:b w:val="0"/>
          <w:sz w:val="20"/>
        </w:rPr>
        <w:t>Producer Address: _________________________________________________________________</w:t>
      </w:r>
    </w:p>
    <w:p>
      <w:r>
        <w:rPr>
          <w:b w:val="0"/>
          <w:sz w:val="20"/>
        </w:rPr>
        <w:t>Producer Phone: __________________________________________________________________</w:t>
      </w:r>
    </w:p>
    <w:p>
      <w:r>
        <w:rPr>
          <w:b w:val="0"/>
          <w:sz w:val="20"/>
        </w:rPr>
        <w:t>Producer Email: __________________________________________________________________</w:t>
      </w:r>
    </w:p>
    <w:p/>
    <w:p>
      <w:r>
        <w:rPr>
          <w:b w:val="0"/>
          <w:sz w:val="20"/>
        </w:rPr>
        <w:t>Actor Name: _______________________________________________________________________</w:t>
      </w:r>
    </w:p>
    <w:p>
      <w:r>
        <w:rPr>
          <w:b w:val="0"/>
          <w:sz w:val="20"/>
        </w:rPr>
        <w:t>Actor Address: ____________________________________________________________________</w:t>
      </w:r>
    </w:p>
    <w:p>
      <w:r>
        <w:rPr>
          <w:b w:val="0"/>
          <w:sz w:val="20"/>
        </w:rPr>
        <w:t>Actor Phone: ______________________________________________________________________</w:t>
      </w:r>
    </w:p>
    <w:p>
      <w:r>
        <w:rPr>
          <w:b w:val="0"/>
          <w:sz w:val="20"/>
        </w:rPr>
        <w:t>Actor Email: ______________________________________________________________________</w:t>
      </w:r>
    </w:p>
    <w:p/>
    <w:p>
      <w:r>
        <w:rPr>
          <w:b/>
          <w:sz w:val="20"/>
        </w:rPr>
        <w:t>2. GRANT OF RIGHTS</w:t>
      </w:r>
    </w:p>
    <w:p>
      <w:r>
        <w:rPr>
          <w:b w:val="0"/>
          <w:sz w:val="20"/>
        </w:rPr>
        <w:t>The Actor hereby grants to the Producer the irrevocable, perpetual, worldwide, royalty-free right and license to use the Actor's name, image, voice, likeness, performance, and biographical material (collectively, "Materials") in connection with the production, distribution, promotion, advertising, and exploitation of the motion picture, television program, commercial, photograph, or other work currently entitled: ____________________________________________________________ ("Production").</w:t>
      </w:r>
    </w:p>
    <w:p/>
    <w:p>
      <w:r>
        <w:rPr>
          <w:b/>
          <w:sz w:val="20"/>
        </w:rPr>
        <w:t>3. PERMITTED USES</w:t>
      </w:r>
    </w:p>
    <w:p>
      <w:r>
        <w:rPr>
          <w:b w:val="0"/>
          <w:sz w:val="20"/>
        </w:rPr>
        <w:t>The Producer may use the Materials in any and all media now known or hereafter devised, including but not limited to theatrical, television, internet, home video, mobile devices, social media, and other digital or analog formats, in whole or in part, and for any purpose including advertising, promotion, and public relations.</w:t>
      </w:r>
    </w:p>
    <w:p/>
    <w:p>
      <w:r>
        <w:rPr>
          <w:b/>
          <w:sz w:val="20"/>
        </w:rPr>
        <w:t>4. COMPENSATION</w:t>
      </w:r>
    </w:p>
    <w:p>
      <w:r>
        <w:rPr>
          <w:b w:val="0"/>
          <w:sz w:val="20"/>
        </w:rPr>
        <w:t>The Actor acknowledges receipt of adequate and sufficient consideration, the receipt and sufficiency of which are hereby acknowledged, for the rights granted herein. No further compensation shall be payable to the Actor for the use of the Materials unless otherwise agreed in writing.</w:t>
      </w:r>
    </w:p>
    <w:p/>
    <w:p>
      <w:r>
        <w:rPr>
          <w:b/>
          <w:sz w:val="20"/>
        </w:rPr>
        <w:t>5. REPRESENTATIONS AND WARRANTIES</w:t>
      </w:r>
    </w:p>
    <w:p>
      <w:r>
        <w:rPr>
          <w:b w:val="0"/>
          <w:sz w:val="20"/>
        </w:rPr>
        <w:t>The Actor represents and warrants that (a) the Actor has full right, power, and authority to enter into this Agreement and grant the rights herein; (b) the Materials are original to the Actor or that the Actor has obtained all necessary rights and permissions for their use; (c) the use of the Materials as permitted by this Agreement will not infringe upon or violate the rights of any third party; and (d) the Actor is of legal age and has the legal capacity to enter into this Agreement.</w:t>
      </w:r>
    </w:p>
    <w:p/>
    <w:p>
      <w:r>
        <w:rPr>
          <w:b/>
          <w:sz w:val="20"/>
        </w:rPr>
        <w:t>6. RELEASE AND INDEMNIFICATION</w:t>
      </w:r>
    </w:p>
    <w:p>
      <w:r>
        <w:rPr>
          <w:b w:val="0"/>
          <w:sz w:val="20"/>
        </w:rPr>
        <w:t>The Actor hereby releases, discharges, and holds harmless the Producer and its successors, licensees, and assigns from any claims, demands, causes of action, damages, or liabilities arising out of or relating to the use of the Materials as permitted herein, including but not limited to claims for defamation, invasion of privacy, or rights of publicity. The Actor agrees to indemnify and defend the Producer against any claims arising from breach of the representations and warranties set forth in this Agreement.</w:t>
      </w:r>
    </w:p>
    <w:p/>
    <w:p>
      <w:r>
        <w:rPr>
          <w:b/>
          <w:sz w:val="20"/>
        </w:rPr>
        <w:t>7. NO OBLIGATION TO USE MATERIALS</w:t>
      </w:r>
    </w:p>
    <w:p>
      <w:r>
        <w:rPr>
          <w:b w:val="0"/>
          <w:sz w:val="20"/>
        </w:rPr>
        <w:t>The Producer shall have no obligation to use the Materials or include the Actor in the Production or any other project.</w:t>
      </w:r>
    </w:p>
    <w:p/>
    <w:p>
      <w:r>
        <w:rPr>
          <w:b/>
          <w:sz w:val="20"/>
        </w:rPr>
        <w:t>8. GOVERNING LAW AND JURISDICTION</w:t>
      </w:r>
    </w:p>
    <w:p>
      <w:r>
        <w:rPr>
          <w:b w:val="0"/>
          <w:sz w:val="20"/>
        </w:rPr>
        <w:t>This Agreement shall be governed by and construed in accordance with the laws of the State of ____________________, without regard to its conflicts of law principles. Any disputes arising out of or relating to this Agreement shall be subject to the exclusive jurisdiction and venue of the state and federal courts located in ____________________.</w:t>
      </w:r>
    </w:p>
    <w:p/>
    <w:p>
      <w:r>
        <w:rPr>
          <w:b/>
          <w:sz w:val="20"/>
        </w:rPr>
        <w:t>9. ENTIRE AGREEMENT</w:t>
      </w:r>
    </w:p>
    <w:p>
      <w:r>
        <w:rPr>
          <w:b w:val="0"/>
          <w:sz w:val="20"/>
        </w:rPr>
        <w:t>This Agreement contains the entire understanding between the parties with respect to the subject matter hereof and supersedes all prior or contemporaneous agreements, representations, and understandings, whether oral or written. This Agreement may not be amended or modified except in writing signed by both parties.</w:t>
      </w:r>
    </w:p>
    <w:p/>
    <w:p>
      <w:r>
        <w:rPr>
          <w:b/>
          <w:sz w:val="20"/>
        </w:rPr>
        <w:t>10. SEVERABILITY</w:t>
      </w:r>
    </w:p>
    <w:p>
      <w:r>
        <w:rPr>
          <w:b w:val="0"/>
          <w:sz w:val="20"/>
        </w:rPr>
        <w:t>If any provision of this Agreement is held to be invalid or unenforceable, the remaining provisions shall continue in full force and effect.</w:t>
      </w:r>
    </w:p>
    <w:p/>
    <w:p>
      <w:r>
        <w:rPr>
          <w:b/>
          <w:sz w:val="20"/>
        </w:rPr>
        <w:t>11. BINDING EFFECT</w:t>
      </w:r>
    </w:p>
    <w:p>
      <w:r>
        <w:rPr>
          <w:b w:val="0"/>
          <w:sz w:val="20"/>
        </w:rPr>
        <w:t>This Agreement shall be binding upon and inure to the benefit of the parties and their respective heirs, legal representatives, successors, and assigns.</w:t>
      </w:r>
    </w:p>
    <w:p/>
    <w:p/>
    <w:p>
      <w:r>
        <w:rPr>
          <w:b w:val="0"/>
          <w:sz w:val="20"/>
        </w:rPr>
        <w:t>IN WITNESS WHEREOF, the parties hereto have executed this Actor Release Form as of the date written below.</w:t>
      </w:r>
    </w:p>
    <w:p/>
    <w:p/>
    <w:p>
      <w:r>
        <w:rPr>
          <w:b w:val="0"/>
          <w:sz w:val="20"/>
        </w:rPr>
        <w:t>Location: 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PRODUCER</w:t>
            </w:r>
          </w:p>
        </w:tc>
        <w:tc>
          <w:tcPr>
            <w:tcW w:type="dxa" w:w="4986"/>
            <w:tcBorders>
              <w:top w:val="nil"/>
              <w:left w:val="nil"/>
              <w:bottom w:val="nil"/>
              <w:right w:val="nil"/>
              <w:insideH w:val="nil"/>
              <w:insideV w:val="nil"/>
            </w:tcBorders>
          </w:tcPr>
          <w:p>
            <w:pPr>
              <w:jc w:val="center"/>
            </w:pPr>
            <w:r>
              <w:t>ACTOR</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https://form247-us.com/actor-release-form/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actor-release-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