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ACCOUNT OPENING AND AGREEMENT FORM</w:t>
      </w:r>
    </w:p>
    <w:p/>
    <w:p/>
    <w:p>
      <w:r>
        <w:rPr>
          <w:b/>
          <w:sz w:val="20"/>
        </w:rPr>
        <w:t>PERSONAL INFORMATION</w:t>
      </w:r>
    </w:p>
    <w:p>
      <w:r>
        <w:rPr>
          <w:b w:val="0"/>
          <w:sz w:val="20"/>
        </w:rPr>
        <w:t>Full Legal Name: ______________________________________________________________</w:t>
      </w:r>
    </w:p>
    <w:p>
      <w:r>
        <w:rPr>
          <w:b w:val="0"/>
          <w:sz w:val="20"/>
        </w:rPr>
        <w:t>Date of Birth: _________________________________________________________________</w:t>
      </w:r>
    </w:p>
    <w:p>
      <w:r>
        <w:rPr>
          <w:b w:val="0"/>
          <w:sz w:val="20"/>
        </w:rPr>
        <w:t>Social Security Number (SSN): _________________________________________________</w:t>
      </w:r>
    </w:p>
    <w:p>
      <w:r>
        <w:rPr>
          <w:b w:val="0"/>
          <w:sz w:val="20"/>
        </w:rPr>
        <w:t>Residential Address: ___________________________________________________________</w:t>
      </w:r>
    </w:p>
    <w:p>
      <w:r>
        <w:rPr>
          <w:b w:val="0"/>
          <w:sz w:val="20"/>
        </w:rPr>
        <w:t>City: ________________________ State: __________ Zip Code: 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r>
        <w:rPr>
          <w:b/>
          <w:sz w:val="20"/>
        </w:rPr>
        <w:t>IDENTIFICATION DOCUMENTS</w:t>
      </w:r>
    </w:p>
    <w:p>
      <w:r>
        <w:rPr>
          <w:b w:val="0"/>
          <w:sz w:val="20"/>
        </w:rPr>
        <w:t>Type of Government Issued ID (Driver's License, Passport, etc.): ________________</w:t>
      </w:r>
    </w:p>
    <w:p>
      <w:r>
        <w:rPr>
          <w:b w:val="0"/>
          <w:sz w:val="20"/>
        </w:rPr>
        <w:t>ID Number: ___________________________________________________________________</w:t>
      </w:r>
    </w:p>
    <w:p>
      <w:r>
        <w:rPr>
          <w:b w:val="0"/>
          <w:sz w:val="20"/>
        </w:rPr>
        <w:t>Issuing Authority: _____________________________________________________________</w:t>
      </w:r>
    </w:p>
    <w:p>
      <w:r>
        <w:rPr>
          <w:b w:val="0"/>
          <w:sz w:val="20"/>
        </w:rPr>
        <w:t>Expiration Date: _______________________________________________________________</w:t>
      </w:r>
    </w:p>
    <w:p/>
    <w:p>
      <w:r>
        <w:rPr>
          <w:b/>
          <w:sz w:val="20"/>
        </w:rPr>
        <w:t>EMPLOYMENT INFORMATION</w:t>
      </w:r>
    </w:p>
    <w:p>
      <w:r>
        <w:rPr>
          <w:b w:val="0"/>
          <w:sz w:val="20"/>
        </w:rPr>
        <w:t>Employer Name: ________________________________________________________________</w:t>
      </w:r>
    </w:p>
    <w:p>
      <w:r>
        <w:rPr>
          <w:b w:val="0"/>
          <w:sz w:val="20"/>
        </w:rPr>
        <w:t>Employer Address: ______________________________________________________________</w:t>
      </w:r>
    </w:p>
    <w:p>
      <w:r>
        <w:rPr>
          <w:b w:val="0"/>
          <w:sz w:val="20"/>
        </w:rPr>
        <w:t>Job Title: ____________________________________________________________________</w:t>
      </w:r>
    </w:p>
    <w:p>
      <w:r>
        <w:rPr>
          <w:b w:val="0"/>
          <w:sz w:val="20"/>
        </w:rPr>
        <w:t>Annual Income: _________________________________________________________________</w:t>
      </w:r>
    </w:p>
    <w:p/>
    <w:p>
      <w:r>
        <w:rPr>
          <w:b/>
          <w:sz w:val="20"/>
        </w:rPr>
        <w:t>ACCOUNT DETAILS</w:t>
      </w:r>
    </w:p>
    <w:p>
      <w:r>
        <w:rPr>
          <w:b w:val="0"/>
          <w:sz w:val="20"/>
        </w:rPr>
        <w:t>Type of Account to Open (Checking, Savings, Other): _____________________________</w:t>
      </w:r>
    </w:p>
    <w:p>
      <w:r>
        <w:rPr>
          <w:b w:val="0"/>
          <w:sz w:val="20"/>
        </w:rPr>
        <w:t>Initial Deposit Amount: ________________________________________________________</w:t>
      </w:r>
    </w:p>
    <w:p>
      <w:r>
        <w:rPr>
          <w:b w:val="0"/>
          <w:sz w:val="20"/>
        </w:rPr>
        <w:t>Preferred Branch Location: ____________________________________________________</w:t>
      </w:r>
    </w:p>
    <w:p>
      <w:r>
        <w:rPr>
          <w:b w:val="0"/>
          <w:sz w:val="20"/>
        </w:rPr>
        <w:t>Joint Account Holder(s) (if any): ______________________________________________</w:t>
      </w:r>
    </w:p>
    <w:p/>
    <w:p>
      <w:r>
        <w:rPr>
          <w:b/>
          <w:sz w:val="20"/>
        </w:rPr>
        <w:t>TERMS AND CONDITIONS</w:t>
      </w:r>
    </w:p>
    <w:p>
      <w:r>
        <w:rPr>
          <w:b w:val="0"/>
          <w:sz w:val="20"/>
        </w:rPr>
        <w:t>1. Account Agreement</w:t>
      </w:r>
    </w:p>
    <w:p>
      <w:r>
        <w:rPr>
          <w:b w:val="0"/>
          <w:sz w:val="20"/>
        </w:rPr>
        <w:t>By signing this form, the Applicant(s) agree to abide by the financial institution's rules, regulations, and policies governing the account.</w:t>
      </w:r>
    </w:p>
    <w:p/>
    <w:p>
      <w:r>
        <w:rPr>
          <w:b w:val="0"/>
          <w:sz w:val="20"/>
        </w:rPr>
        <w:t>2. Truthful Information</w:t>
      </w:r>
    </w:p>
    <w:p>
      <w:r>
        <w:rPr>
          <w:b w:val="0"/>
          <w:sz w:val="20"/>
        </w:rPr>
        <w:t>The Applicant(s) certify that all information provided in this form is true, complete, and accurate to the best of their knowledge.</w:t>
      </w:r>
    </w:p>
    <w:p/>
    <w:p>
      <w:r>
        <w:rPr>
          <w:b w:val="0"/>
          <w:sz w:val="20"/>
        </w:rPr>
        <w:t>3. Identification and Verification</w:t>
      </w:r>
    </w:p>
    <w:p>
      <w:r>
        <w:rPr>
          <w:b w:val="0"/>
          <w:sz w:val="20"/>
        </w:rPr>
        <w:t>The financial institution reserves the right to verify the identity of the Applicant(s) as required by federal and state laws, including anti-money laundering regulations.</w:t>
      </w:r>
    </w:p>
    <w:p/>
    <w:p>
      <w:r>
        <w:rPr>
          <w:b w:val="0"/>
          <w:sz w:val="20"/>
        </w:rPr>
        <w:t>4. Privacy and Data Protection</w:t>
      </w:r>
    </w:p>
    <w:p>
      <w:r>
        <w:rPr>
          <w:b w:val="0"/>
          <w:sz w:val="20"/>
        </w:rPr>
        <w:t>Applicant(s) consent to the collection, use, and disclosure of personal information by the financial institution in accordance with applicable privacy laws and the institution’s privacy policy.</w:t>
      </w:r>
    </w:p>
    <w:p/>
    <w:p>
      <w:r>
        <w:rPr>
          <w:b w:val="0"/>
          <w:sz w:val="20"/>
        </w:rPr>
        <w:t>5. Account Ownership and Access</w:t>
      </w:r>
    </w:p>
    <w:p>
      <w:r>
        <w:rPr>
          <w:b w:val="0"/>
          <w:sz w:val="20"/>
        </w:rPr>
        <w:t>The Applicant(s) confirm their legal capacity to open and maintain the account and agree that the account shall be governed by the applicable laws of the United States.</w:t>
      </w:r>
    </w:p>
    <w:p/>
    <w:p>
      <w:r>
        <w:rPr>
          <w:b w:val="0"/>
          <w:sz w:val="20"/>
        </w:rPr>
        <w:t>6. Liability and Indemnity</w:t>
      </w:r>
    </w:p>
    <w:p>
      <w:r>
        <w:rPr>
          <w:b w:val="0"/>
          <w:sz w:val="20"/>
        </w:rPr>
        <w:t>Applicant(s) agree to indemnify and hold harmless the financial institution against any claims, losses, or damages arising from the misuse or unauthorized use of the account.</w:t>
      </w:r>
    </w:p>
    <w:p/>
    <w:p>
      <w:r>
        <w:rPr>
          <w:b w:val="0"/>
          <w:sz w:val="20"/>
        </w:rPr>
        <w:t>7. Amendments and Termination</w:t>
      </w:r>
    </w:p>
    <w:p>
      <w:r>
        <w:rPr>
          <w:b w:val="0"/>
          <w:sz w:val="20"/>
        </w:rPr>
        <w:t>The financial institution reserves the right to amend the terms and conditions of the account agreement upon notice to the account holder(s). The account holder(s) may terminate the account subject to the institution’s policies.</w:t>
      </w:r>
    </w:p>
    <w:p/>
    <w:p>
      <w:r>
        <w:rPr>
          <w:b w:val="0"/>
          <w:sz w:val="20"/>
        </w:rPr>
        <w:t>8. Governing Law and Jurisdiction</w:t>
      </w:r>
    </w:p>
    <w:p>
      <w:r>
        <w:rPr>
          <w:b w:val="0"/>
          <w:sz w:val="20"/>
        </w:rPr>
        <w:t>This Agreement shall be governed by and construed in accordance with the laws of the United States of America. Any disputes arising under this Agreement shall be subject to the exclusive jurisdiction of the competent courts located within the state where the financial institution maintains its principal office.</w:t>
      </w:r>
    </w:p>
    <w:p/>
    <w:p/>
    <w:p>
      <w:r>
        <w:rPr>
          <w:b/>
          <w:sz w:val="20"/>
        </w:rPr>
        <w:t>SIGNATURE AND ACKNOWLEDGEMENT</w:t>
      </w:r>
    </w:p>
    <w:p>
      <w:r>
        <w:rPr>
          <w:b w:val="0"/>
          <w:sz w:val="20"/>
        </w:rPr>
        <w:t>By signing below, the Applicant(s) acknowledge that they have read, understood, and agree to the terms and conditions of this Account Opening and Agreement Form.</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ACCOUNT HOLDER</w:t>
            </w:r>
          </w:p>
        </w:tc>
        <w:tc>
          <w:tcPr>
            <w:tcW w:type="dxa" w:w="4986"/>
            <w:tcBorders>
              <w:top w:val="nil"/>
              <w:left w:val="nil"/>
              <w:bottom w:val="nil"/>
              <w:right w:val="nil"/>
              <w:insideH w:val="nil"/>
              <w:insideV w:val="nil"/>
            </w:tcBorders>
          </w:tcPr>
          <w:p>
            <w:pPr>
              <w:jc w:val="center"/>
            </w:pPr>
            <w:r>
              <w:t>JOINT ACCOUNT HOLDER (if applicable)</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w:t>
            </w:r>
          </w:p>
        </w:tc>
        <w:tc>
          <w:tcPr>
            <w:tcW w:type="dxa" w:w="4986"/>
            <w:tcBorders>
              <w:top w:val="nil"/>
              <w:left w:val="nil"/>
              <w:bottom w:val="nil"/>
              <w:right w:val="nil"/>
              <w:insideH w:val="nil"/>
              <w:insideV w:val="nil"/>
            </w:tcBorders>
          </w:tcPr>
          <w:p>
            <w:pPr>
              <w:jc w:val="center"/>
            </w:pPr>
            <w:r>
              <w:t>Printed Name: ______________________________</w:t>
            </w:r>
          </w:p>
        </w:tc>
      </w:tr>
    </w:tbl>
    <w:p/>
    <w:p/>
    <w:p>
      <w:r>
        <w:rPr>
          <w:b/>
          <w:sz w:val="20"/>
        </w:rPr>
        <w:t>NOTARY ACKNOWLEDGEMENT (if required)</w:t>
      </w:r>
    </w:p>
    <w:p>
      <w:r>
        <w:rPr>
          <w:b w:val="0"/>
          <w:sz w:val="20"/>
        </w:rPr>
        <w:t>State of ___________________________</w:t>
      </w:r>
    </w:p>
    <w:p>
      <w:r>
        <w:rPr>
          <w:b w:val="0"/>
          <w:sz w:val="20"/>
        </w:rPr>
        <w:t>County of __________________________</w:t>
      </w:r>
    </w:p>
    <w:p>
      <w:r>
        <w:rPr>
          <w:b w:val="0"/>
          <w:sz w:val="20"/>
        </w:rPr>
        <w:t>On this _______ day of ________________, before me, the undersigned Notary Public, personally appeared ____________________________________, proved to me through satisfactory evidence of identification, to be the person(s) whose name(s) is/are signed on the preceding or attached document, and acknowledged to me that he/she/they signed it voluntarily for its stated purpose.</w:t>
      </w:r>
    </w:p>
    <w:p/>
    <w:p>
      <w:r>
        <w:rPr>
          <w:b w:val="0"/>
          <w:sz w:val="20"/>
        </w:rPr>
        <w:t>Notary Public Signature: ________________________________________</w:t>
      </w:r>
    </w:p>
    <w:p>
      <w:r>
        <w:rPr>
          <w:b w:val="0"/>
          <w:sz w:val="20"/>
        </w:rPr>
        <w:t>Commission Expires: 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https://form247-us.com/account-form/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account-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